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rFonts w:ascii="Yu Mincho" w:hAnsi="Yu Mincho" w:eastAsia="Yu Mincho" w:cs="Yu Mincho"/>
          <w:color w:val="000000"/>
          <w:sz w:val="44"/>
        </w:rPr>
        <w:t>退職願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［提出年］年［月］月［日］日</w:t>
      </w:r>
    </w:p>
    <w:p>
      <w:pPr>
        <w:widowControl/>
      </w:pPr>
      <w:r>
        <w:rPr>
          <w:rFonts w:ascii="Yu Mincho" w:hAnsi="Yu Mincho" w:eastAsia="Yu Mincho" w:cs="Yu Mincho"/>
          <w:color w:val="000000"/>
          <w:sz w:val="24"/>
        </w:rPr>
        <w:t>［会社名］</w:t>
      </w:r>
    </w:p>
    <w:p>
      <w:pPr>
        <w:widowControl/>
        <w:spacing w:after="520"/>
      </w:pPr>
      <w:r>
        <w:rPr>
          <w:rFonts w:ascii="Yu Mincho" w:hAnsi="Yu Mincho" w:eastAsia="Yu Mincho" w:cs="Yu Mincho"/>
          <w:color w:val="000000"/>
          <w:sz w:val="24"/>
        </w:rPr>
        <w:t>［代表者の役職］　［代表者氏名］ 殿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［所属部署］</w:t>
      </w:r>
    </w:p>
    <w:p>
      <w:pPr>
        <w:widowControl/>
        <w:spacing w:after="500"/>
        <w:jc w:val="right"/>
      </w:pPr>
      <w:r>
        <w:rPr>
          <w:rFonts w:ascii="Yu Mincho" w:hAnsi="Yu Mincho" w:eastAsia="Yu Mincho" w:cs="Yu Mincho"/>
          <w:color w:val="000000"/>
          <w:sz w:val="24"/>
        </w:rPr>
        <w:t>［氏名］　印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私儀</w:t>
      </w:r>
    </w:p>
    <w:p>
      <w:pPr>
        <w:widowControl/>
        <w:spacing w:after="480"/>
        <w:ind w:firstLine="238"/>
      </w:pPr>
      <w:r>
        <w:rPr>
          <w:rFonts w:ascii="Yu Mincho" w:hAnsi="Yu Mincho" w:eastAsia="Yu Mincho" w:cs="Yu Mincho"/>
          <w:color w:val="000000"/>
          <w:sz w:val="24"/>
        </w:rPr>
        <w:t>このたび、一身上の都合により、［退職年］年［月］月［日］日をもって、退職いたしたく、ここにお願い申し上げます。</w:t>
      </w:r>
    </w:p>
    <w:p>
      <w:pPr>
        <w:widowControl/>
        <w:jc w:val="right"/>
      </w:pPr>
      <w:r>
        <w:rPr>
          <w:rFonts w:ascii="Yu Mincho" w:hAnsi="Yu Mincho" w:eastAsia="Yu Mincho" w:cs="Yu Mincho"/>
          <w:color w:val="000000"/>
          <w:sz w:val="24"/>
        </w:rPr>
        <w:t>以上</w:t>
      </w:r>
    </w:p>
    <w:sectPr w:rsidR="00FC693F" w:rsidRPr="0006063C" w:rsidSect="00034616">
      <w:pgSz w:w="11906" w:h="16838"/>
      <w:pgMar w:top="1701" w:right="1531" w:bottom="1701" w:left="153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Yu Mincho" w:hAnsi="Yu Mincho" w:eastAsia="Yu Mincho" w:cs="Yu Mincho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32" w:lineRule="auto" w:after="160"/>
    </w:pPr>
    <w:rPr>
      <w:rFonts w:ascii="Yu Mincho" w:hAnsi="Yu Mincho" w:eastAsia="Yu Mincho" w:cs="Yu Minch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Yu Mincho" w:hAnsi="Yu Mincho" w:eastAsia="Yu Mincho" w:cs="Yu Minch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Mincho" w:hAnsi="Yu Mincho" w:eastAsia="Yu Mincho" w:cs="Yu Minch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Yu Mincho" w:hAnsi="Yu Mincho" w:eastAsia="Yu Mincho" w:cs="Yu Mincho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Yu Mincho" w:hAnsi="Yu Mincho" w:eastAsia="Yu Mincho" w:cs="Yu Mincho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Yu Mincho" w:hAnsi="Yu Mincho" w:eastAsia="Yu Mincho" w:cs="Yu Mincho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Yu Mincho" w:hAnsi="Yu Mincho" w:eastAsia="Yu Mincho" w:cs="Yu Mincho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Yu Mincho" w:hAnsi="Yu Mincho" w:eastAsia="Yu Mincho" w:cs="Yu Mincho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Yu Mincho" w:hAnsi="Yu Mincho" w:eastAsia="Yu Mincho" w:cs="Yu Mincho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Yu Mincho" w:hAnsi="Yu Mincho" w:eastAsia="Yu Mincho" w:cs="Yu Mincho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Yu Mincho" w:hAnsi="Yu Mincho" w:eastAsia="Yu Mincho" w:cs="Yu Mincho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Yu Mincho" w:hAnsi="Yu Mincho" w:eastAsia="Yu Mincho" w:cs="Yu Mincho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Yu Mincho" w:hAnsi="Yu Mincho" w:eastAsia="Yu Mincho" w:cs="Yu Mincho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700" w:line="432" w:lineRule="auto"/>
      <w:contextualSpacing/>
    </w:pPr>
    <w:rPr>
      <w:rFonts w:asciiTheme="majorHAnsi" w:eastAsiaTheme="majorEastAsia" w:hAnsiTheme="majorHAnsi" w:cstheme="majorBidi" w:ascii="Yu Mincho" w:hAnsi="Yu Mincho" w:eastAsia="Yu Mincho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退職願</dc:title>
  <dc:subject>自己都合退職用 A4横書き Wordテンプレート</dc:subject>
  <dc:creator>30代からの未経験転職ノート</dc:creator>
  <cp:keywords/>
  <dc:description/>
  <cp:lastModifiedBy>30代からの未経験転職ノート</cp:lastModifiedBy>
  <cp:revision>1</cp:revision>
  <dcterms:created xsi:type="dcterms:W3CDTF">2013-12-23T23:15:00Z</dcterms:created>
  <dcterms:modified xsi:type="dcterms:W3CDTF">2013-12-23T23:15:00Z</dcterms:modified>
  <cp:category/>
</cp:coreProperties>
</file>